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C672" w14:textId="77777777" w:rsidR="00D428C9" w:rsidRPr="00446C54" w:rsidRDefault="00000000">
      <w:pPr>
        <w:jc w:val="center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>ALLEGATO 2</w:t>
      </w:r>
    </w:p>
    <w:p w14:paraId="15E2D22B" w14:textId="77777777" w:rsidR="00D428C9" w:rsidRPr="00446C54" w:rsidRDefault="00000000">
      <w:pPr>
        <w:jc w:val="center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>DOMANDA/COMUNICAZIONE PER APERTURA DI PUNTO DI RISTORO IN LOCALI PRIVATI</w:t>
      </w:r>
    </w:p>
    <w:p w14:paraId="39A56B6D" w14:textId="77777777" w:rsidR="00D428C9" w:rsidRPr="00446C54" w:rsidRDefault="00000000">
      <w:pPr>
        <w:jc w:val="right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Al Comune di Olzai</w:t>
      </w:r>
      <w:r w:rsidRPr="00446C54">
        <w:rPr>
          <w:rFonts w:ascii="Garamond" w:hAnsi="Garamond" w:cs="Times New Roman"/>
          <w:sz w:val="24"/>
          <w:szCs w:val="24"/>
          <w:lang w:val="it-IT"/>
        </w:rPr>
        <w:br/>
        <w:t>Ufficio Protocollo</w:t>
      </w:r>
      <w:r w:rsidRPr="00446C54">
        <w:rPr>
          <w:rFonts w:ascii="Garamond" w:hAnsi="Garamond" w:cs="Times New Roman"/>
          <w:sz w:val="24"/>
          <w:szCs w:val="24"/>
          <w:lang w:val="it-IT"/>
        </w:rPr>
        <w:br/>
        <w:t>PEC: protocollo@pec.comune.olzai.nu.it</w:t>
      </w:r>
    </w:p>
    <w:p w14:paraId="1A170A18" w14:textId="77777777" w:rsidR="00D428C9" w:rsidRPr="00446C54" w:rsidRDefault="00000000">
      <w:pPr>
        <w:spacing w:after="16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>Da presentare</w:t>
      </w:r>
      <w:r w:rsidRPr="00446C54">
        <w:rPr>
          <w:rFonts w:ascii="Garamond" w:hAnsi="Garamond" w:cs="Times New Roman"/>
          <w:sz w:val="24"/>
          <w:szCs w:val="24"/>
          <w:lang w:val="it-IT"/>
        </w:rPr>
        <w:t xml:space="preserve"> entro il 12 ottobre 2026, ore 14:00.</w:t>
      </w:r>
    </w:p>
    <w:p w14:paraId="00EAF7DD" w14:textId="77777777" w:rsidR="00D428C9" w:rsidRPr="00446C54" w:rsidRDefault="00000000">
      <w:pPr>
        <w:spacing w:after="8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>Oggetto:</w:t>
      </w:r>
      <w:r w:rsidRPr="00446C54">
        <w:rPr>
          <w:rFonts w:ascii="Garamond" w:hAnsi="Garamond" w:cs="Times New Roman"/>
          <w:sz w:val="24"/>
          <w:szCs w:val="24"/>
          <w:lang w:val="it-IT"/>
        </w:rPr>
        <w:t xml:space="preserve"> adesione alla manifestazione “Autunno in Barbagia - Cortes Apertas 2026”, Olzai 24 e 25 ottobre 2026 - punto di ristoro in locali privati.</w:t>
      </w:r>
    </w:p>
    <w:p w14:paraId="51339527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Il/La sottoscritto/a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42EDD807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nato/a </w:t>
      </w:r>
      <w:proofErr w:type="spellStart"/>
      <w:r w:rsidRPr="00446C54">
        <w:rPr>
          <w:rFonts w:ascii="Garamond" w:hAnsi="Garamond" w:cs="Times New Roman"/>
          <w:b/>
          <w:sz w:val="24"/>
          <w:szCs w:val="24"/>
          <w:lang w:val="it-IT"/>
        </w:rPr>
        <w:t>a</w:t>
      </w:r>
      <w:proofErr w:type="spellEnd"/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39856833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il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4DFB3655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residente a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3960317F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in Via/Piazza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3A57AE14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telefono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50BE000B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e-mail/PEC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24148A7A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in qualità di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4311340D" w14:textId="77777777" w:rsidR="00D428C9" w:rsidRPr="00446C54" w:rsidRDefault="00000000">
      <w:pPr>
        <w:spacing w:after="120" w:line="240" w:lineRule="auto"/>
        <w:jc w:val="center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CHIEDE</w:t>
      </w:r>
    </w:p>
    <w:p w14:paraId="0606A660" w14:textId="77777777" w:rsidR="00D428C9" w:rsidRPr="00446C54" w:rsidRDefault="00000000">
      <w:pPr>
        <w:spacing w:after="8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partecipare alla manifestazione con l’apertura del seguente PUNTO DI RISTORO:</w:t>
      </w:r>
    </w:p>
    <w:p w14:paraId="48296793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Denominazione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77773CCE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Locale privato di proprietà/disponibilità di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346492D6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ubicato in Via/Piazza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1161FA14" w14:textId="77777777" w:rsidR="00D428C9" w:rsidRPr="00446C54" w:rsidRDefault="00000000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Tipologia di alimenti e bevande somministrati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</w:t>
      </w:r>
    </w:p>
    <w:p w14:paraId="76C39F0A" w14:textId="77777777" w:rsidR="00D428C9" w:rsidRPr="00446C54" w:rsidRDefault="00000000">
      <w:pPr>
        <w:spacing w:after="60"/>
        <w:rPr>
          <w:rFonts w:ascii="Garamond" w:hAnsi="Garamond" w:cs="Times New Roman"/>
          <w:sz w:val="24"/>
          <w:szCs w:val="24"/>
        </w:rPr>
      </w:pPr>
      <w:r w:rsidRPr="00446C54">
        <w:rPr>
          <w:rFonts w:ascii="Garamond" w:hAnsi="Garamond" w:cs="Times New Roman"/>
          <w:sz w:val="24"/>
          <w:szCs w:val="24"/>
        </w:rPr>
        <w:t>________________________________________________________________________________________________</w:t>
      </w:r>
    </w:p>
    <w:p w14:paraId="49B9314D" w14:textId="77777777" w:rsidR="00D428C9" w:rsidRPr="00446C54" w:rsidRDefault="00000000">
      <w:pPr>
        <w:spacing w:after="60"/>
        <w:rPr>
          <w:rFonts w:ascii="Garamond" w:hAnsi="Garamond" w:cs="Times New Roman"/>
          <w:sz w:val="24"/>
          <w:szCs w:val="24"/>
        </w:rPr>
      </w:pPr>
      <w:r w:rsidRPr="00446C54">
        <w:rPr>
          <w:rFonts w:ascii="Garamond" w:hAnsi="Garamond" w:cs="Times New Roman"/>
          <w:sz w:val="24"/>
          <w:szCs w:val="24"/>
        </w:rPr>
        <w:t>________________________________________________________________________________________________</w:t>
      </w:r>
    </w:p>
    <w:p w14:paraId="60A53BC0" w14:textId="77777777" w:rsidR="00D428C9" w:rsidRDefault="00000000">
      <w:pPr>
        <w:spacing w:after="12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446C54">
        <w:rPr>
          <w:rFonts w:ascii="Garamond" w:hAnsi="Garamond" w:cs="Times New Roman"/>
          <w:sz w:val="24"/>
          <w:szCs w:val="24"/>
        </w:rPr>
        <w:lastRenderedPageBreak/>
        <w:t>DICHIARA E SI IMPEGNA</w:t>
      </w:r>
    </w:p>
    <w:p w14:paraId="4369E56F" w14:textId="27DDBCE9" w:rsidR="0089526A" w:rsidRPr="0089526A" w:rsidRDefault="0089526A" w:rsidP="009814A4">
      <w:pPr>
        <w:pStyle w:val="Puntoelenco"/>
        <w:numPr>
          <w:ilvl w:val="0"/>
          <w:numId w:val="0"/>
        </w:numPr>
        <w:ind w:left="360"/>
        <w:rPr>
          <w:rFonts w:ascii="Garamond" w:hAnsi="Garamond"/>
          <w:sz w:val="24"/>
          <w:szCs w:val="24"/>
        </w:rPr>
      </w:pPr>
    </w:p>
    <w:p w14:paraId="3DF21A5A" w14:textId="7E0FE79C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aver preso visione e di accettare integralmente il Disciplinare comunale 2026 e il Disciplinare ASPEN;</w:t>
      </w:r>
    </w:p>
    <w:p w14:paraId="0BE9D43A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possedere i requisiti e di provvedere agli adempimenti amministrativi e sanitari previsti per la preparazione, vendita o somministrazione di alimenti e bevande;</w:t>
      </w:r>
    </w:p>
    <w:p w14:paraId="247F6D45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osservare le procedure di autocontrollo HACCP e la normativa in materia di allergeni, conservazione, manipolazione e tracciabilità degli alimenti;</w:t>
      </w:r>
    </w:p>
    <w:p w14:paraId="478FAC62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rendere disponibile agli organi di controllo la documentazione relativa alla tracciabilità delle carni e degli altri prodotti di origine animale;</w:t>
      </w:r>
    </w:p>
    <w:p w14:paraId="6DD50DE8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utilizzare impianti GPL, apparecchi di cottura e attrezzature nel rispetto delle norme di sicurezza, producendo le dichiarazioni e certificazioni eventualmente richieste;</w:t>
      </w:r>
    </w:p>
    <w:p w14:paraId="2183631C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rispettare le prescrizioni del Comune, dell’ASL, dei Vigili del fuoco e delle altre autorità competenti;</w:t>
      </w:r>
    </w:p>
    <w:p w14:paraId="487DFD51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assumere la responsabilità per danni derivanti da fatti od omissioni a sé imputabili, ferma restando la responsabilità degli altri soggetti secondo la legge;</w:t>
      </w:r>
    </w:p>
    <w:p w14:paraId="246BE598" w14:textId="77777777" w:rsidR="00D428C9" w:rsidRPr="00446C54" w:rsidRDefault="00000000">
      <w:pPr>
        <w:pStyle w:val="Puntoelenco"/>
        <w:spacing w:after="4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di versare, in caso di ammissione, la quota di adesione prevista dall’art. 14 del Disciplinare comunale.</w:t>
      </w:r>
    </w:p>
    <w:p w14:paraId="5A53B18A" w14:textId="0CA49C12" w:rsidR="00D428C9" w:rsidRPr="00446C54" w:rsidRDefault="00000000">
      <w:pPr>
        <w:spacing w:after="80" w:line="240" w:lineRule="auto"/>
        <w:rPr>
          <w:rFonts w:ascii="Garamond" w:hAnsi="Garamond" w:cs="Times New Roman"/>
          <w:color w:val="FF0000"/>
          <w:sz w:val="24"/>
          <w:szCs w:val="24"/>
          <w:lang w:val="it-IT"/>
        </w:rPr>
      </w:pPr>
      <w:r w:rsidRPr="00446C54">
        <w:rPr>
          <w:rFonts w:ascii="Garamond" w:hAnsi="Garamond" w:cs="Times New Roman"/>
          <w:color w:val="FF0000"/>
          <w:sz w:val="24"/>
          <w:szCs w:val="24"/>
          <w:lang w:val="it-IT"/>
        </w:rPr>
        <w:t xml:space="preserve">□ Residente a Olzai: quota € 50,00     </w:t>
      </w:r>
    </w:p>
    <w:p w14:paraId="57CED33F" w14:textId="77777777" w:rsidR="00D428C9" w:rsidRPr="00446C54" w:rsidRDefault="00000000">
      <w:pPr>
        <w:spacing w:after="8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 xml:space="preserve">Documentazione allegata (ove richiesta): □ documento di </w:t>
      </w:r>
      <w:proofErr w:type="gramStart"/>
      <w:r w:rsidRPr="00446C54">
        <w:rPr>
          <w:rFonts w:ascii="Garamond" w:hAnsi="Garamond" w:cs="Times New Roman"/>
          <w:sz w:val="24"/>
          <w:szCs w:val="24"/>
          <w:lang w:val="it-IT"/>
        </w:rPr>
        <w:t>identità  □</w:t>
      </w:r>
      <w:proofErr w:type="gramEnd"/>
      <w:r w:rsidRPr="00446C54">
        <w:rPr>
          <w:rFonts w:ascii="Garamond" w:hAnsi="Garamond" w:cs="Times New Roman"/>
          <w:sz w:val="24"/>
          <w:szCs w:val="24"/>
          <w:lang w:val="it-IT"/>
        </w:rPr>
        <w:t xml:space="preserve"> dichiarazione impianti </w:t>
      </w:r>
      <w:proofErr w:type="gramStart"/>
      <w:r w:rsidRPr="00446C54">
        <w:rPr>
          <w:rFonts w:ascii="Garamond" w:hAnsi="Garamond" w:cs="Times New Roman"/>
          <w:sz w:val="24"/>
          <w:szCs w:val="24"/>
          <w:lang w:val="it-IT"/>
        </w:rPr>
        <w:t>GPL  □</w:t>
      </w:r>
      <w:proofErr w:type="gramEnd"/>
      <w:r w:rsidRPr="00446C54">
        <w:rPr>
          <w:rFonts w:ascii="Garamond" w:hAnsi="Garamond" w:cs="Times New Roman"/>
          <w:sz w:val="24"/>
          <w:szCs w:val="24"/>
          <w:lang w:val="it-IT"/>
        </w:rPr>
        <w:t xml:space="preserve"> altra documentazione __________________________</w:t>
      </w:r>
    </w:p>
    <w:p w14:paraId="348B091B" w14:textId="77777777" w:rsidR="00D428C9" w:rsidRPr="00446C54" w:rsidRDefault="00000000">
      <w:pPr>
        <w:spacing w:after="80" w:line="240" w:lineRule="auto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sz w:val="24"/>
          <w:szCs w:val="24"/>
          <w:lang w:val="it-IT"/>
        </w:rPr>
        <w:t>Ai sensi del D.P.R. n. 445/2000, il/la sottoscritto/a dichiara che le informazioni rese sono veritiere ed è consapevole delle conseguenze previste dalla legge in caso di dichiarazioni non veritiere.</w:t>
      </w:r>
    </w:p>
    <w:p w14:paraId="3BD8D0FF" w14:textId="77777777" w:rsidR="00386732" w:rsidRDefault="00386732" w:rsidP="00386732">
      <w:pPr>
        <w:spacing w:after="80"/>
        <w:rPr>
          <w:rFonts w:ascii="Garamond" w:hAnsi="Garamond" w:cs="Times New Roman"/>
          <w:b/>
          <w:sz w:val="24"/>
          <w:szCs w:val="24"/>
          <w:lang w:val="it-IT"/>
        </w:rPr>
      </w:pPr>
    </w:p>
    <w:p w14:paraId="502D761D" w14:textId="77777777" w:rsidR="00386732" w:rsidRDefault="00386732" w:rsidP="00386732">
      <w:pPr>
        <w:spacing w:after="80"/>
        <w:rPr>
          <w:rFonts w:ascii="Garamond" w:hAnsi="Garamond" w:cs="Times New Roman"/>
          <w:b/>
          <w:sz w:val="24"/>
          <w:szCs w:val="24"/>
          <w:lang w:val="it-IT"/>
        </w:rPr>
      </w:pPr>
    </w:p>
    <w:p w14:paraId="0A3D1412" w14:textId="68BE5839" w:rsidR="00386732" w:rsidRDefault="00386732" w:rsidP="00386732">
      <w:pPr>
        <w:spacing w:after="80"/>
        <w:rPr>
          <w:rFonts w:ascii="Garamond" w:hAnsi="Garamond" w:cs="Times New Roman"/>
          <w:b/>
          <w:sz w:val="24"/>
          <w:szCs w:val="24"/>
          <w:lang w:val="it-IT"/>
        </w:rPr>
      </w:pPr>
      <w:r>
        <w:rPr>
          <w:rFonts w:ascii="Garamond" w:hAnsi="Garamond" w:cs="Times New Roman"/>
          <w:b/>
          <w:sz w:val="24"/>
          <w:szCs w:val="24"/>
          <w:lang w:val="it-IT"/>
        </w:rPr>
        <w:t>Luogo e data</w:t>
      </w:r>
    </w:p>
    <w:p w14:paraId="45D5B4E2" w14:textId="77777777" w:rsidR="00386732" w:rsidRDefault="00386732" w:rsidP="00386732">
      <w:pPr>
        <w:spacing w:after="80"/>
        <w:rPr>
          <w:rFonts w:ascii="Garamond" w:hAnsi="Garamond" w:cs="Times New Roman"/>
          <w:b/>
          <w:sz w:val="24"/>
          <w:szCs w:val="24"/>
          <w:lang w:val="it-IT"/>
        </w:rPr>
      </w:pPr>
    </w:p>
    <w:p w14:paraId="630D037F" w14:textId="6437A584" w:rsidR="00D428C9" w:rsidRDefault="00000000" w:rsidP="00386732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  <w:r w:rsidRPr="00446C54">
        <w:rPr>
          <w:rFonts w:ascii="Garamond" w:hAnsi="Garamond" w:cs="Times New Roman"/>
          <w:b/>
          <w:sz w:val="24"/>
          <w:szCs w:val="24"/>
          <w:lang w:val="it-IT"/>
        </w:rPr>
        <w:t xml:space="preserve">Firma </w:t>
      </w:r>
      <w:r w:rsidRPr="00446C54"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______________________________________________________________________________</w:t>
      </w:r>
    </w:p>
    <w:p w14:paraId="43CE9558" w14:textId="77777777" w:rsidR="00886F40" w:rsidRDefault="00886F40" w:rsidP="00886F40">
      <w:pPr>
        <w:spacing w:before="200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b/>
          <w:sz w:val="24"/>
          <w:szCs w:val="24"/>
          <w:lang w:val="it-IT"/>
        </w:rPr>
        <w:t xml:space="preserve">Informativa privacy: </w:t>
      </w:r>
      <w:r>
        <w:rPr>
          <w:rFonts w:ascii="Garamond" w:hAnsi="Garamond" w:cs="Times New Roman"/>
          <w:sz w:val="24"/>
          <w:szCs w:val="24"/>
          <w:lang w:val="it-IT"/>
        </w:rPr>
        <w:t>i dati personali saranno trattati dal Comune di Olzai esclusivamente per le finalità connesse alla gestione della manifestazione e dei relativi procedimenti, nel rispetto del Regolamento (UE) 2016/679 e della normativa nazionale vigente.</w:t>
      </w:r>
    </w:p>
    <w:p w14:paraId="064545B5" w14:textId="77777777" w:rsidR="00886F40" w:rsidRPr="00446C54" w:rsidRDefault="00886F40" w:rsidP="00386732">
      <w:pPr>
        <w:spacing w:after="80"/>
        <w:rPr>
          <w:rFonts w:ascii="Garamond" w:hAnsi="Garamond" w:cs="Times New Roman"/>
          <w:sz w:val="24"/>
          <w:szCs w:val="24"/>
          <w:lang w:val="it-IT"/>
        </w:rPr>
      </w:pPr>
    </w:p>
    <w:sectPr w:rsidR="00886F40" w:rsidRPr="00446C54" w:rsidSect="00034616">
      <w:pgSz w:w="12240" w:h="15840"/>
      <w:pgMar w:top="1020" w:right="1191" w:bottom="1020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8B61" w14:textId="77777777" w:rsidR="005D4F22" w:rsidRDefault="005D4F22">
      <w:pPr>
        <w:spacing w:after="0" w:line="240" w:lineRule="auto"/>
      </w:pPr>
      <w:r>
        <w:separator/>
      </w:r>
    </w:p>
  </w:endnote>
  <w:endnote w:type="continuationSeparator" w:id="0">
    <w:p w14:paraId="183EBE57" w14:textId="77777777" w:rsidR="005D4F22" w:rsidRDefault="005D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655C" w14:textId="77777777" w:rsidR="005D4F22" w:rsidRDefault="005D4F22">
      <w:pPr>
        <w:spacing w:after="0" w:line="240" w:lineRule="auto"/>
      </w:pPr>
      <w:r>
        <w:separator/>
      </w:r>
    </w:p>
  </w:footnote>
  <w:footnote w:type="continuationSeparator" w:id="0">
    <w:p w14:paraId="0612FA49" w14:textId="77777777" w:rsidR="005D4F22" w:rsidRDefault="005D4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337754"/>
    <w:multiLevelType w:val="hybridMultilevel"/>
    <w:tmpl w:val="954AA500"/>
    <w:lvl w:ilvl="0" w:tplc="87FC749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01EF4"/>
    <w:multiLevelType w:val="hybridMultilevel"/>
    <w:tmpl w:val="CDE20374"/>
    <w:lvl w:ilvl="0" w:tplc="0B2CFE7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605D9"/>
    <w:multiLevelType w:val="hybridMultilevel"/>
    <w:tmpl w:val="960EFFA8"/>
    <w:lvl w:ilvl="0" w:tplc="4AAAE0B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915D0"/>
    <w:multiLevelType w:val="hybridMultilevel"/>
    <w:tmpl w:val="C19E44F4"/>
    <w:lvl w:ilvl="0" w:tplc="8D5A43A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27117"/>
    <w:multiLevelType w:val="multilevel"/>
    <w:tmpl w:val="9BC431B8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E76B61"/>
    <w:multiLevelType w:val="hybridMultilevel"/>
    <w:tmpl w:val="57E421F8"/>
    <w:lvl w:ilvl="0" w:tplc="0B2CFE7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AC13D9"/>
    <w:multiLevelType w:val="hybridMultilevel"/>
    <w:tmpl w:val="9FC85208"/>
    <w:lvl w:ilvl="0" w:tplc="3DA4221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776905">
    <w:abstractNumId w:val="8"/>
  </w:num>
  <w:num w:numId="2" w16cid:durableId="1922062250">
    <w:abstractNumId w:val="6"/>
  </w:num>
  <w:num w:numId="3" w16cid:durableId="1228960374">
    <w:abstractNumId w:val="5"/>
  </w:num>
  <w:num w:numId="4" w16cid:durableId="1504541072">
    <w:abstractNumId w:val="4"/>
  </w:num>
  <w:num w:numId="5" w16cid:durableId="2018920818">
    <w:abstractNumId w:val="7"/>
  </w:num>
  <w:num w:numId="6" w16cid:durableId="1312246318">
    <w:abstractNumId w:val="3"/>
  </w:num>
  <w:num w:numId="7" w16cid:durableId="1164081566">
    <w:abstractNumId w:val="2"/>
  </w:num>
  <w:num w:numId="8" w16cid:durableId="1469546342">
    <w:abstractNumId w:val="1"/>
  </w:num>
  <w:num w:numId="9" w16cid:durableId="1448936042">
    <w:abstractNumId w:val="0"/>
  </w:num>
  <w:num w:numId="10" w16cid:durableId="1202550994">
    <w:abstractNumId w:val="13"/>
  </w:num>
  <w:num w:numId="11" w16cid:durableId="1581476320">
    <w:abstractNumId w:val="10"/>
  </w:num>
  <w:num w:numId="12" w16cid:durableId="1477258011">
    <w:abstractNumId w:val="14"/>
  </w:num>
  <w:num w:numId="13" w16cid:durableId="1164319103">
    <w:abstractNumId w:val="9"/>
  </w:num>
  <w:num w:numId="14" w16cid:durableId="374619710">
    <w:abstractNumId w:val="15"/>
  </w:num>
  <w:num w:numId="15" w16cid:durableId="1832940062">
    <w:abstractNumId w:val="12"/>
  </w:num>
  <w:num w:numId="16" w16cid:durableId="15473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020"/>
    <w:rsid w:val="00044E8D"/>
    <w:rsid w:val="0006063C"/>
    <w:rsid w:val="0015074B"/>
    <w:rsid w:val="0020569C"/>
    <w:rsid w:val="002819AD"/>
    <w:rsid w:val="00290DB9"/>
    <w:rsid w:val="0029639D"/>
    <w:rsid w:val="002A3981"/>
    <w:rsid w:val="00326F90"/>
    <w:rsid w:val="00356EE9"/>
    <w:rsid w:val="00386732"/>
    <w:rsid w:val="00446C54"/>
    <w:rsid w:val="004B3022"/>
    <w:rsid w:val="004E679F"/>
    <w:rsid w:val="005D4F22"/>
    <w:rsid w:val="005F1A89"/>
    <w:rsid w:val="006D2E9D"/>
    <w:rsid w:val="0073365F"/>
    <w:rsid w:val="00736773"/>
    <w:rsid w:val="00751827"/>
    <w:rsid w:val="007806D7"/>
    <w:rsid w:val="007D3AAE"/>
    <w:rsid w:val="00886B55"/>
    <w:rsid w:val="00886F40"/>
    <w:rsid w:val="0089526A"/>
    <w:rsid w:val="008A56BF"/>
    <w:rsid w:val="008B7983"/>
    <w:rsid w:val="0091360D"/>
    <w:rsid w:val="009814A4"/>
    <w:rsid w:val="009A3A47"/>
    <w:rsid w:val="00A002CE"/>
    <w:rsid w:val="00A61079"/>
    <w:rsid w:val="00AA1D8D"/>
    <w:rsid w:val="00AC1159"/>
    <w:rsid w:val="00AD7BB6"/>
    <w:rsid w:val="00B418FD"/>
    <w:rsid w:val="00B47730"/>
    <w:rsid w:val="00B60E76"/>
    <w:rsid w:val="00BD7A55"/>
    <w:rsid w:val="00CB0664"/>
    <w:rsid w:val="00CC23EB"/>
    <w:rsid w:val="00CF1B04"/>
    <w:rsid w:val="00D34C50"/>
    <w:rsid w:val="00D428C9"/>
    <w:rsid w:val="00DE25C1"/>
    <w:rsid w:val="00EA570E"/>
    <w:rsid w:val="00F571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43E05"/>
  <w14:defaultImageDpi w14:val="300"/>
  <w15:docId w15:val="{4276177D-3279-4E88-880D-F9AA2EDA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5C1"/>
    <w:pPr>
      <w:jc w:val="both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EA570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Anagrafe</cp:lastModifiedBy>
  <cp:revision>8</cp:revision>
  <dcterms:created xsi:type="dcterms:W3CDTF">2026-09-02T09:07:00Z</dcterms:created>
  <dcterms:modified xsi:type="dcterms:W3CDTF">2026-09-02T10:03:00Z</dcterms:modified>
  <cp:category/>
</cp:coreProperties>
</file>